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407048" w14:textId="77777777" w:rsidR="0078754D" w:rsidRPr="00E50942" w:rsidRDefault="00000000">
      <w:pPr>
        <w:jc w:val="center"/>
        <w:rPr>
          <w:color w:val="000000" w:themeColor="text1"/>
        </w:rPr>
      </w:pPr>
      <w:r w:rsidRPr="00E50942">
        <w:rPr>
          <w:b/>
          <w:color w:val="000000" w:themeColor="text1"/>
          <w:sz w:val="32"/>
        </w:rPr>
        <w:t>EXPORT DECLARATION FORM (EDF)</w:t>
      </w:r>
    </w:p>
    <w:p w14:paraId="0F2043E4" w14:textId="77777777" w:rsidR="0078754D" w:rsidRDefault="00000000">
      <w:pPr>
        <w:jc w:val="center"/>
      </w:pPr>
      <w:r>
        <w:rPr>
          <w:i/>
          <w:sz w:val="20"/>
        </w:rPr>
        <w:t>Declaration for Service Exports under FEMA (Export and Import of Goods and Services) Regulations, 2026</w:t>
      </w:r>
    </w:p>
    <w:p w14:paraId="63D92B1D" w14:textId="25472011" w:rsidR="0078754D" w:rsidRDefault="0078754D"/>
    <w:p w14:paraId="1D57D499" w14:textId="77777777" w:rsidR="0078754D" w:rsidRPr="00E50942" w:rsidRDefault="00000000">
      <w:pPr>
        <w:rPr>
          <w:color w:val="000000" w:themeColor="text1"/>
        </w:rPr>
      </w:pPr>
      <w:r w:rsidRPr="00E50942">
        <w:rPr>
          <w:b/>
          <w:color w:val="000000" w:themeColor="text1"/>
          <w:sz w:val="24"/>
        </w:rPr>
        <w:t>SECTION 1: EXPORTER &amp; AUTHORISED DEALER BANK CREDENTIALS</w:t>
      </w:r>
    </w:p>
    <w:p w14:paraId="4D83BBFC" w14:textId="77777777" w:rsidR="0078754D" w:rsidRDefault="00000000">
      <w:pPr>
        <w:spacing w:line="300" w:lineRule="auto"/>
      </w:pPr>
      <w:r>
        <w:rPr>
          <w:b/>
        </w:rPr>
        <w:t xml:space="preserve">1.1 Exporter Name: </w:t>
      </w:r>
      <w:r>
        <w:t>__________________________________________________</w:t>
      </w:r>
    </w:p>
    <w:p w14:paraId="51CF9A8C" w14:textId="77777777" w:rsidR="0078754D" w:rsidRDefault="00000000">
      <w:pPr>
        <w:spacing w:line="300" w:lineRule="auto"/>
      </w:pPr>
      <w:r>
        <w:rPr>
          <w:b/>
        </w:rPr>
        <w:t xml:space="preserve">1.2 IEC / PAN: </w:t>
      </w:r>
      <w:r>
        <w:t>___________________________</w:t>
      </w:r>
    </w:p>
    <w:p w14:paraId="2468CB32" w14:textId="77777777" w:rsidR="0078754D" w:rsidRDefault="00000000">
      <w:pPr>
        <w:spacing w:line="300" w:lineRule="auto"/>
      </w:pPr>
      <w:r>
        <w:rPr>
          <w:b/>
        </w:rPr>
        <w:t xml:space="preserve">1.3 Full Registered Address: </w:t>
      </w:r>
      <w:r>
        <w:t>__________________________________________________</w:t>
      </w:r>
      <w:r>
        <w:br/>
        <w:t>__________________________________________________</w:t>
      </w:r>
    </w:p>
    <w:p w14:paraId="63480AF0" w14:textId="77777777" w:rsidR="0078754D" w:rsidRDefault="00000000">
      <w:pPr>
        <w:spacing w:line="300" w:lineRule="auto"/>
      </w:pPr>
      <w:r>
        <w:rPr>
          <w:b/>
        </w:rPr>
        <w:t xml:space="preserve">1.4 AD Bank Name &amp; Branch: </w:t>
      </w:r>
      <w:r>
        <w:t>__________________________________________________</w:t>
      </w:r>
    </w:p>
    <w:p w14:paraId="5DD887DB" w14:textId="77777777" w:rsidR="0078754D" w:rsidRDefault="00000000">
      <w:pPr>
        <w:spacing w:line="300" w:lineRule="auto"/>
      </w:pPr>
      <w:r>
        <w:rPr>
          <w:b/>
        </w:rPr>
        <w:t xml:space="preserve">1.5 Bank's 14-Digit AD Code: </w:t>
      </w:r>
      <w:r>
        <w:t>___________________________</w:t>
      </w:r>
    </w:p>
    <w:p w14:paraId="56E0C143" w14:textId="77777777" w:rsidR="0078754D" w:rsidRDefault="00000000">
      <w:pPr>
        <w:spacing w:line="300" w:lineRule="auto"/>
      </w:pPr>
      <w:r>
        <w:rPr>
          <w:b/>
        </w:rPr>
        <w:t xml:space="preserve">1.6 Reporting Month &amp; Year: </w:t>
      </w:r>
      <w:r>
        <w:t>___________________________ , 2026</w:t>
      </w:r>
    </w:p>
    <w:p w14:paraId="076305FA" w14:textId="77777777" w:rsidR="0078754D" w:rsidRDefault="00000000">
      <w:r>
        <w:br/>
      </w:r>
    </w:p>
    <w:p w14:paraId="7CE90B1A" w14:textId="77777777" w:rsidR="0078754D" w:rsidRPr="00E50942" w:rsidRDefault="00000000">
      <w:pPr>
        <w:rPr>
          <w:color w:val="000000" w:themeColor="text1"/>
        </w:rPr>
      </w:pPr>
      <w:r w:rsidRPr="00E50942">
        <w:rPr>
          <w:b/>
          <w:color w:val="000000" w:themeColor="text1"/>
          <w:sz w:val="24"/>
        </w:rPr>
        <w:t>SECTION 2: SUMMARY OF EXPORT INVOICES FOR THE MONTH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 w:rsidR="0078754D" w14:paraId="0B935E19" w14:textId="77777777" w:rsidTr="00E509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</w:tcPr>
          <w:p w14:paraId="135BE8FF" w14:textId="77777777" w:rsidR="0078754D" w:rsidRDefault="00000000">
            <w:r>
              <w:rPr>
                <w:color w:val="FFFFFF"/>
                <w:sz w:val="19"/>
              </w:rPr>
              <w:t>Sr. No.</w:t>
            </w:r>
          </w:p>
        </w:tc>
        <w:tc>
          <w:tcPr>
            <w:tcW w:w="1170" w:type="dxa"/>
          </w:tcPr>
          <w:p w14:paraId="48063E8D" w14:textId="77777777" w:rsidR="0078754D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9"/>
              </w:rPr>
              <w:t>Invoice No.</w:t>
            </w:r>
          </w:p>
        </w:tc>
        <w:tc>
          <w:tcPr>
            <w:tcW w:w="1170" w:type="dxa"/>
          </w:tcPr>
          <w:p w14:paraId="329A7EBD" w14:textId="77777777" w:rsidR="0078754D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9"/>
              </w:rPr>
              <w:t>Invoice Date</w:t>
            </w:r>
          </w:p>
        </w:tc>
        <w:tc>
          <w:tcPr>
            <w:tcW w:w="1170" w:type="dxa"/>
          </w:tcPr>
          <w:p w14:paraId="6BFCF87E" w14:textId="77777777" w:rsidR="0078754D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9"/>
              </w:rPr>
              <w:t>Overseas Client Name &amp; Country</w:t>
            </w:r>
          </w:p>
        </w:tc>
        <w:tc>
          <w:tcPr>
            <w:tcW w:w="1170" w:type="dxa"/>
          </w:tcPr>
          <w:p w14:paraId="62D5DFD3" w14:textId="77777777" w:rsidR="0078754D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9"/>
              </w:rPr>
              <w:t>Type of Service</w:t>
            </w:r>
          </w:p>
        </w:tc>
        <w:tc>
          <w:tcPr>
            <w:tcW w:w="1170" w:type="dxa"/>
          </w:tcPr>
          <w:p w14:paraId="41F88AA1" w14:textId="77777777" w:rsidR="0078754D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9"/>
              </w:rPr>
              <w:t>SAC Code</w:t>
            </w:r>
          </w:p>
        </w:tc>
        <w:tc>
          <w:tcPr>
            <w:tcW w:w="1170" w:type="dxa"/>
          </w:tcPr>
          <w:p w14:paraId="76EB0852" w14:textId="77777777" w:rsidR="0078754D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9"/>
              </w:rPr>
              <w:t>Currency</w:t>
            </w:r>
          </w:p>
        </w:tc>
        <w:tc>
          <w:tcPr>
            <w:tcW w:w="1170" w:type="dxa"/>
          </w:tcPr>
          <w:p w14:paraId="31AB16B8" w14:textId="77777777" w:rsidR="0078754D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9"/>
              </w:rPr>
              <w:t>Gross Invoice Value</w:t>
            </w:r>
          </w:p>
        </w:tc>
      </w:tr>
      <w:tr w:rsidR="0078754D" w14:paraId="63F82441" w14:textId="77777777" w:rsidTr="00E509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</w:tcPr>
          <w:p w14:paraId="2F8DA2F9" w14:textId="77777777" w:rsidR="0078754D" w:rsidRDefault="00000000">
            <w:r>
              <w:rPr>
                <w:sz w:val="19"/>
              </w:rPr>
              <w:t>1</w:t>
            </w:r>
          </w:p>
        </w:tc>
        <w:tc>
          <w:tcPr>
            <w:tcW w:w="1170" w:type="dxa"/>
          </w:tcPr>
          <w:p w14:paraId="67B205A5" w14:textId="77777777" w:rsidR="0078754D" w:rsidRDefault="00787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338F66F4" w14:textId="77777777" w:rsidR="0078754D" w:rsidRDefault="00787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1F6D7A94" w14:textId="77777777" w:rsidR="0078754D" w:rsidRDefault="00787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460454BC" w14:textId="77777777" w:rsidR="0078754D" w:rsidRDefault="00787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2F338963" w14:textId="77777777" w:rsidR="0078754D" w:rsidRDefault="00787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672A73AE" w14:textId="77777777" w:rsidR="0078754D" w:rsidRDefault="00787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62A4B672" w14:textId="77777777" w:rsidR="0078754D" w:rsidRDefault="00787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8754D" w14:paraId="3AD88A64" w14:textId="77777777" w:rsidTr="00E509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</w:tcPr>
          <w:p w14:paraId="4193C095" w14:textId="77777777" w:rsidR="0078754D" w:rsidRDefault="00000000">
            <w:r>
              <w:rPr>
                <w:sz w:val="19"/>
              </w:rPr>
              <w:t>2</w:t>
            </w:r>
          </w:p>
        </w:tc>
        <w:tc>
          <w:tcPr>
            <w:tcW w:w="1170" w:type="dxa"/>
          </w:tcPr>
          <w:p w14:paraId="5C4FEE57" w14:textId="77777777" w:rsidR="0078754D" w:rsidRDefault="00787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01777420" w14:textId="77777777" w:rsidR="0078754D" w:rsidRDefault="00787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5EAE8E0B" w14:textId="77777777" w:rsidR="0078754D" w:rsidRDefault="00787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698C3275" w14:textId="77777777" w:rsidR="0078754D" w:rsidRDefault="00787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42789E7A" w14:textId="77777777" w:rsidR="0078754D" w:rsidRDefault="00787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28647E58" w14:textId="77777777" w:rsidR="0078754D" w:rsidRDefault="00787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324FCF82" w14:textId="77777777" w:rsidR="0078754D" w:rsidRDefault="00787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8754D" w14:paraId="00BE7F97" w14:textId="77777777" w:rsidTr="00E509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</w:tcPr>
          <w:p w14:paraId="2041E1D7" w14:textId="77777777" w:rsidR="0078754D" w:rsidRDefault="00000000">
            <w:r>
              <w:rPr>
                <w:sz w:val="19"/>
              </w:rPr>
              <w:t>3</w:t>
            </w:r>
          </w:p>
        </w:tc>
        <w:tc>
          <w:tcPr>
            <w:tcW w:w="1170" w:type="dxa"/>
          </w:tcPr>
          <w:p w14:paraId="1A81C1D6" w14:textId="77777777" w:rsidR="0078754D" w:rsidRDefault="00787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7EF5E237" w14:textId="77777777" w:rsidR="0078754D" w:rsidRDefault="00787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39F45004" w14:textId="77777777" w:rsidR="0078754D" w:rsidRDefault="00787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6CAE82D7" w14:textId="77777777" w:rsidR="0078754D" w:rsidRDefault="00787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7DDE66B1" w14:textId="77777777" w:rsidR="0078754D" w:rsidRDefault="00787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5816866A" w14:textId="77777777" w:rsidR="0078754D" w:rsidRDefault="00787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0" w:type="dxa"/>
          </w:tcPr>
          <w:p w14:paraId="732F82EC" w14:textId="77777777" w:rsidR="0078754D" w:rsidRDefault="00787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7316DE4" w14:textId="43992931" w:rsidR="0078754D" w:rsidRDefault="0078754D"/>
    <w:p w14:paraId="2E5199D9" w14:textId="77777777" w:rsidR="0078754D" w:rsidRPr="00E50942" w:rsidRDefault="00000000">
      <w:pPr>
        <w:rPr>
          <w:color w:val="000000" w:themeColor="text1"/>
        </w:rPr>
      </w:pPr>
      <w:r w:rsidRPr="00E50942">
        <w:rPr>
          <w:b/>
          <w:color w:val="000000" w:themeColor="text1"/>
          <w:sz w:val="24"/>
        </w:rPr>
        <w:t>SECTION 3: STATUTORY DECLARATION &amp; UNDERTAKING</w:t>
      </w:r>
    </w:p>
    <w:p w14:paraId="7897BADB" w14:textId="65CE18BC" w:rsidR="0078754D" w:rsidRDefault="00000000" w:rsidP="00E50942">
      <w:pPr>
        <w:spacing w:line="312" w:lineRule="auto"/>
      </w:pPr>
      <w:r>
        <w:rPr>
          <w:i/>
        </w:rPr>
        <w:t>I / We hereby declare that I / we am/are the seller/exporter of the services described above. We undertake that the full export value of the services will be realized and repatriated to India through an Authorized Dealer bank within 9 months from the invoice date (or 12 months if settled in INR) in accordance with the Foreign Exchange Management Act (FEMA) Regulations, 2026.</w:t>
      </w:r>
      <w:r>
        <w:br/>
      </w:r>
    </w:p>
    <w:p w14:paraId="6FE86BD0" w14:textId="3CEE83E8" w:rsidR="0078754D" w:rsidRDefault="00000000">
      <w:pPr>
        <w:spacing w:line="312" w:lineRule="auto"/>
      </w:pPr>
      <w:r>
        <w:t>Date: ______________________</w:t>
      </w:r>
      <w:r>
        <w:tab/>
      </w:r>
      <w:r>
        <w:tab/>
      </w:r>
      <w:r>
        <w:tab/>
        <w:t>Authorized Signature: ___________________</w:t>
      </w:r>
      <w:r>
        <w:br/>
        <w:t>Place: _____________________</w:t>
      </w:r>
      <w:r>
        <w:tab/>
      </w:r>
      <w:r>
        <w:tab/>
      </w:r>
      <w:r>
        <w:tab/>
        <w:t xml:space="preserve">Company Stamp </w:t>
      </w:r>
    </w:p>
    <w:sectPr w:rsidR="0078754D" w:rsidSect="00E50942">
      <w:pgSz w:w="12240" w:h="15840"/>
      <w:pgMar w:top="2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0230757">
    <w:abstractNumId w:val="8"/>
  </w:num>
  <w:num w:numId="2" w16cid:durableId="502165332">
    <w:abstractNumId w:val="6"/>
  </w:num>
  <w:num w:numId="3" w16cid:durableId="1392195772">
    <w:abstractNumId w:val="5"/>
  </w:num>
  <w:num w:numId="4" w16cid:durableId="579215983">
    <w:abstractNumId w:val="4"/>
  </w:num>
  <w:num w:numId="5" w16cid:durableId="1838378446">
    <w:abstractNumId w:val="7"/>
  </w:num>
  <w:num w:numId="6" w16cid:durableId="1478300134">
    <w:abstractNumId w:val="3"/>
  </w:num>
  <w:num w:numId="7" w16cid:durableId="1415317445">
    <w:abstractNumId w:val="2"/>
  </w:num>
  <w:num w:numId="8" w16cid:durableId="708798126">
    <w:abstractNumId w:val="1"/>
  </w:num>
  <w:num w:numId="9" w16cid:durableId="12316950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0D0A"/>
    <w:rsid w:val="0078754D"/>
    <w:rsid w:val="00AA1D8D"/>
    <w:rsid w:val="00B47730"/>
    <w:rsid w:val="00CB0664"/>
    <w:rsid w:val="00E509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869CCF"/>
  <w14:defaultImageDpi w14:val="300"/>
  <w15:docId w15:val="{695C6B2E-9423-8947-A0DE-B762FC2C9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E5094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E509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E509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E509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99"/>
    <w:rsid w:val="00E5094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4">
    <w:name w:val="Grid Table 1 Light Accent 4"/>
    <w:basedOn w:val="TableNormal"/>
    <w:uiPriority w:val="46"/>
    <w:rsid w:val="00E50942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E5094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">
    <w:name w:val="Grid Table 4"/>
    <w:basedOn w:val="TableNormal"/>
    <w:uiPriority w:val="49"/>
    <w:rsid w:val="00E5094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Haard Shah</cp:lastModifiedBy>
  <cp:revision>2</cp:revision>
  <dcterms:created xsi:type="dcterms:W3CDTF">2013-12-23T23:15:00Z</dcterms:created>
  <dcterms:modified xsi:type="dcterms:W3CDTF">2026-10-07T17:35:00Z</dcterms:modified>
  <cp:category/>
</cp:coreProperties>
</file>